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FE8" w:rsidRPr="00B7498C" w:rsidRDefault="00B7498C" w:rsidP="00B7498C">
      <w:pPr>
        <w:spacing w:before="800" w:after="440" w:line="240" w:lineRule="auto"/>
        <w:jc w:val="center"/>
        <w:rPr>
          <w:rFonts w:ascii="나눔고딕" w:eastAsia="나눔고딕" w:hAnsi="나눔고딕"/>
          <w:sz w:val="32"/>
          <w:szCs w:val="32"/>
          <w:lang w:eastAsia="ko-KR"/>
        </w:rPr>
      </w:pPr>
      <w:r w:rsidRPr="00B7498C">
        <w:rPr>
          <w:rFonts w:ascii="나눔고딕" w:eastAsia="나눔고딕" w:hAnsi="나눔고딕" w:hint="eastAsia"/>
          <w:b/>
          <w:sz w:val="32"/>
          <w:szCs w:val="32"/>
          <w:u w:val="single"/>
          <w:lang w:eastAsia="ko-KR"/>
        </w:rPr>
        <w:t>개인정보</w:t>
      </w:r>
      <w:r w:rsidR="00C120FB" w:rsidRPr="00B7498C">
        <w:rPr>
          <w:rFonts w:ascii="나눔고딕" w:eastAsia="나눔고딕" w:hAnsi="나눔고딕"/>
          <w:b/>
          <w:sz w:val="32"/>
          <w:szCs w:val="32"/>
          <w:u w:val="single"/>
          <w:lang w:eastAsia="ko-KR"/>
        </w:rPr>
        <w:t xml:space="preserve"> 제공 및 이용 동의서</w:t>
      </w:r>
    </w:p>
    <w:p w:rsidR="00B7498C" w:rsidRPr="00B7498C" w:rsidRDefault="00B7498C">
      <w:pPr>
        <w:spacing w:after="280" w:line="348" w:lineRule="auto"/>
        <w:ind w:firstLine="227"/>
        <w:rPr>
          <w:rFonts w:ascii="나눔고딕" w:eastAsia="나눔고딕" w:hAnsi="나눔고딕"/>
          <w:sz w:val="4"/>
          <w:szCs w:val="4"/>
          <w:lang w:eastAsia="ko-KR"/>
        </w:rPr>
      </w:pPr>
    </w:p>
    <w:p w:rsidR="009F7FE8" w:rsidRPr="00B7498C" w:rsidRDefault="00C120FB" w:rsidP="007D3881">
      <w:pPr>
        <w:spacing w:after="280" w:line="348" w:lineRule="auto"/>
        <w:rPr>
          <w:rFonts w:ascii="나눔고딕" w:eastAsia="나눔고딕" w:hAnsi="나눔고딕"/>
          <w:sz w:val="24"/>
          <w:szCs w:val="24"/>
          <w:lang w:eastAsia="ko-KR"/>
        </w:rPr>
      </w:pPr>
      <w:r w:rsidRPr="00B7498C">
        <w:rPr>
          <w:rFonts w:ascii="나눔고딕" w:eastAsia="나눔고딕" w:hAnsi="나눔고딕"/>
          <w:sz w:val="24"/>
          <w:szCs w:val="24"/>
          <w:lang w:eastAsia="ko-KR"/>
        </w:rPr>
        <w:t>자카르타 참빛교회 담임목사 청빙과 관련하여 개인정보 보호법 제15조에 의거하여 본인의 개인정보를 아래와 같</w:t>
      </w:r>
      <w:bookmarkStart w:id="0" w:name="_GoBack"/>
      <w:bookmarkEnd w:id="0"/>
      <w:r w:rsidRPr="00B7498C">
        <w:rPr>
          <w:rFonts w:ascii="나눔고딕" w:eastAsia="나눔고딕" w:hAnsi="나눔고딕"/>
          <w:sz w:val="24"/>
          <w:szCs w:val="24"/>
          <w:lang w:eastAsia="ko-KR"/>
        </w:rPr>
        <w:t>이 수집·이용하는 것에 동의를 구하고자 합니다.</w:t>
      </w:r>
    </w:p>
    <w:p w:rsidR="009F7FE8" w:rsidRPr="00B7498C" w:rsidRDefault="00C120FB">
      <w:pPr>
        <w:keepNext/>
        <w:spacing w:after="60"/>
        <w:rPr>
          <w:rFonts w:ascii="나눔고딕" w:eastAsia="나눔고딕" w:hAnsi="나눔고딕"/>
          <w:sz w:val="24"/>
          <w:szCs w:val="24"/>
          <w:lang w:eastAsia="ko-KR"/>
        </w:rPr>
      </w:pPr>
      <w:r w:rsidRPr="00B7498C">
        <w:rPr>
          <w:rFonts w:ascii="나눔고딕" w:eastAsia="나눔고딕" w:hAnsi="나눔고딕"/>
          <w:b/>
          <w:sz w:val="24"/>
          <w:szCs w:val="24"/>
          <w:lang w:eastAsia="ko-KR"/>
        </w:rPr>
        <w:t>1. 개인정보의 수집·이용 목적</w:t>
      </w:r>
    </w:p>
    <w:p w:rsidR="009F7FE8" w:rsidRPr="00B7498C" w:rsidRDefault="00C120FB">
      <w:pPr>
        <w:spacing w:after="220" w:line="324" w:lineRule="auto"/>
        <w:ind w:left="283" w:hanging="283"/>
        <w:rPr>
          <w:rFonts w:ascii="나눔고딕" w:eastAsia="나눔고딕" w:hAnsi="나눔고딕"/>
          <w:sz w:val="24"/>
          <w:szCs w:val="24"/>
          <w:lang w:eastAsia="ko-KR"/>
        </w:rPr>
      </w:pPr>
      <w:r w:rsidRPr="00B7498C">
        <w:rPr>
          <w:rFonts w:ascii="나눔고딕" w:eastAsia="나눔고딕" w:hAnsi="나눔고딕"/>
          <w:sz w:val="24"/>
          <w:szCs w:val="24"/>
          <w:lang w:eastAsia="ko-KR"/>
        </w:rPr>
        <w:t>- 참빛교회 담임목사 청빙 심의를 위해 필요한 본인 확인 및 심사</w:t>
      </w:r>
    </w:p>
    <w:p w:rsidR="009F7FE8" w:rsidRPr="00B7498C" w:rsidRDefault="00C120FB">
      <w:pPr>
        <w:keepNext/>
        <w:spacing w:before="40" w:after="60"/>
        <w:rPr>
          <w:rFonts w:ascii="나눔고딕" w:eastAsia="나눔고딕" w:hAnsi="나눔고딕"/>
          <w:sz w:val="24"/>
          <w:szCs w:val="24"/>
          <w:lang w:eastAsia="ko-KR"/>
        </w:rPr>
      </w:pPr>
      <w:r w:rsidRPr="00B7498C">
        <w:rPr>
          <w:rFonts w:ascii="나눔고딕" w:eastAsia="나눔고딕" w:hAnsi="나눔고딕"/>
          <w:b/>
          <w:sz w:val="24"/>
          <w:szCs w:val="24"/>
          <w:lang w:eastAsia="ko-KR"/>
        </w:rPr>
        <w:t>2. 개인정보 수집 항목</w:t>
      </w:r>
    </w:p>
    <w:p w:rsidR="009F7FE8" w:rsidRPr="00B7498C" w:rsidRDefault="00C120FB">
      <w:pPr>
        <w:spacing w:after="220" w:line="324" w:lineRule="auto"/>
        <w:ind w:left="283" w:hanging="283"/>
        <w:rPr>
          <w:rFonts w:ascii="나눔고딕" w:eastAsia="나눔고딕" w:hAnsi="나눔고딕"/>
          <w:sz w:val="24"/>
          <w:szCs w:val="24"/>
          <w:lang w:eastAsia="ko-KR"/>
        </w:rPr>
      </w:pPr>
      <w:r w:rsidRPr="00B7498C">
        <w:rPr>
          <w:rFonts w:ascii="나눔고딕" w:eastAsia="나눔고딕" w:hAnsi="나눔고딕"/>
          <w:sz w:val="24"/>
          <w:szCs w:val="24"/>
          <w:lang w:eastAsia="ko-KR"/>
        </w:rPr>
        <w:t>- 성명, 생년월일, 주소, 연락처, 전자우편, 종교사항, 병역, 학력, 경력, 가족사항, 상벌사항 등</w:t>
      </w:r>
    </w:p>
    <w:p w:rsidR="009F7FE8" w:rsidRPr="00B7498C" w:rsidRDefault="00C120FB">
      <w:pPr>
        <w:keepNext/>
        <w:spacing w:before="40" w:after="60"/>
        <w:rPr>
          <w:rFonts w:ascii="나눔고딕" w:eastAsia="나눔고딕" w:hAnsi="나눔고딕"/>
          <w:sz w:val="24"/>
          <w:szCs w:val="24"/>
          <w:lang w:eastAsia="ko-KR"/>
        </w:rPr>
      </w:pPr>
      <w:r w:rsidRPr="00B7498C">
        <w:rPr>
          <w:rFonts w:ascii="나눔고딕" w:eastAsia="나눔고딕" w:hAnsi="나눔고딕"/>
          <w:b/>
          <w:sz w:val="24"/>
          <w:szCs w:val="24"/>
          <w:lang w:eastAsia="ko-KR"/>
        </w:rPr>
        <w:t>3. 개인정보 보유 및 이용 기간</w:t>
      </w:r>
    </w:p>
    <w:p w:rsidR="009F7FE8" w:rsidRPr="00B7498C" w:rsidRDefault="00C120FB">
      <w:pPr>
        <w:spacing w:after="220" w:line="324" w:lineRule="auto"/>
        <w:ind w:left="283" w:hanging="283"/>
        <w:rPr>
          <w:rFonts w:ascii="나눔고딕" w:eastAsia="나눔고딕" w:hAnsi="나눔고딕"/>
          <w:sz w:val="24"/>
          <w:szCs w:val="24"/>
          <w:lang w:eastAsia="ko-KR"/>
        </w:rPr>
      </w:pPr>
      <w:r w:rsidRPr="00B7498C">
        <w:rPr>
          <w:rFonts w:ascii="나눔고딕" w:eastAsia="나눔고딕" w:hAnsi="나눔고딕"/>
          <w:sz w:val="24"/>
          <w:szCs w:val="24"/>
          <w:lang w:eastAsia="ko-KR"/>
        </w:rPr>
        <w:t>- 이용 동의일로부터 담임목사 청빙 완료 시까지</w:t>
      </w:r>
    </w:p>
    <w:p w:rsidR="009F7FE8" w:rsidRPr="00B7498C" w:rsidRDefault="00C120FB">
      <w:pPr>
        <w:keepNext/>
        <w:spacing w:before="40" w:after="60"/>
        <w:rPr>
          <w:rFonts w:ascii="나눔고딕" w:eastAsia="나눔고딕" w:hAnsi="나눔고딕"/>
          <w:sz w:val="24"/>
          <w:szCs w:val="24"/>
          <w:lang w:eastAsia="ko-KR"/>
        </w:rPr>
      </w:pPr>
      <w:r w:rsidRPr="00B7498C">
        <w:rPr>
          <w:rFonts w:ascii="나눔고딕" w:eastAsia="나눔고딕" w:hAnsi="나눔고딕"/>
          <w:b/>
          <w:sz w:val="24"/>
          <w:szCs w:val="24"/>
          <w:lang w:eastAsia="ko-KR"/>
        </w:rPr>
        <w:t>4. 동의 거부 및 동의 거부 시 불이익 내용</w:t>
      </w:r>
    </w:p>
    <w:p w:rsidR="009F7FE8" w:rsidRPr="00B7498C" w:rsidRDefault="00C120FB" w:rsidP="00B7498C">
      <w:pPr>
        <w:spacing w:after="220" w:line="324" w:lineRule="auto"/>
        <w:ind w:left="142" w:hanging="142"/>
        <w:rPr>
          <w:rFonts w:ascii="나눔고딕" w:eastAsia="나눔고딕" w:hAnsi="나눔고딕"/>
          <w:sz w:val="24"/>
          <w:szCs w:val="24"/>
          <w:lang w:eastAsia="ko-KR"/>
        </w:rPr>
      </w:pPr>
      <w:r w:rsidRPr="00B7498C">
        <w:rPr>
          <w:rFonts w:ascii="나눔고딕" w:eastAsia="나눔고딕" w:hAnsi="나눔고딕"/>
          <w:sz w:val="24"/>
          <w:szCs w:val="24"/>
          <w:lang w:eastAsia="ko-KR"/>
        </w:rPr>
        <w:t>- 개인정보의 수집·이용에 대한 동의를 거부하실 수 있습니다. 다만, 동의하지 않을 경우에는 청빙심사 대상에서 제외됩니다.</w:t>
      </w:r>
    </w:p>
    <w:p w:rsidR="009F7FE8" w:rsidRPr="00B7498C" w:rsidRDefault="00C120FB">
      <w:pPr>
        <w:spacing w:before="20" w:after="360" w:line="312" w:lineRule="auto"/>
        <w:rPr>
          <w:rFonts w:ascii="나눔고딕" w:eastAsia="나눔고딕" w:hAnsi="나눔고딕"/>
          <w:b/>
          <w:sz w:val="24"/>
          <w:szCs w:val="24"/>
          <w:lang w:eastAsia="ko-KR"/>
        </w:rPr>
      </w:pPr>
      <w:r w:rsidRPr="00B7498C">
        <w:rPr>
          <w:rFonts w:ascii="나눔고딕" w:eastAsia="나눔고딕" w:hAnsi="나눔고딕"/>
          <w:b/>
          <w:sz w:val="24"/>
          <w:szCs w:val="24"/>
          <w:lang w:eastAsia="ko-KR"/>
        </w:rPr>
        <w:t>5. 개인정보는 담임목사 청빙심사 이외의 다른 목적으로 사용하지 않습니다.</w:t>
      </w:r>
    </w:p>
    <w:p w:rsidR="00B7498C" w:rsidRPr="00B7498C" w:rsidRDefault="00B7498C">
      <w:pPr>
        <w:spacing w:before="20" w:after="360" w:line="312" w:lineRule="auto"/>
        <w:rPr>
          <w:rFonts w:ascii="나눔고딕" w:eastAsia="나눔고딕" w:hAnsi="나눔고딕"/>
          <w:lang w:eastAsia="ko-KR"/>
        </w:rPr>
      </w:pPr>
    </w:p>
    <w:p w:rsidR="009F7FE8" w:rsidRPr="00B7498C" w:rsidRDefault="00C120FB">
      <w:pPr>
        <w:spacing w:after="120" w:line="240" w:lineRule="auto"/>
        <w:jc w:val="center"/>
        <w:rPr>
          <w:rFonts w:ascii="나눔고딕" w:eastAsia="나눔고딕" w:hAnsi="나눔고딕"/>
          <w:lang w:eastAsia="ko-KR"/>
        </w:rPr>
      </w:pPr>
      <w:r w:rsidRPr="00B7498C">
        <w:rPr>
          <w:rFonts w:ascii="나눔고딕" w:eastAsia="나눔고딕" w:hAnsi="나눔고딕"/>
          <w:b/>
          <w:sz w:val="26"/>
          <w:lang w:eastAsia="ko-KR"/>
        </w:rPr>
        <w:t>개인정보의 수집 및 이용에 동의하십니까?</w:t>
      </w:r>
    </w:p>
    <w:p w:rsidR="009F7FE8" w:rsidRDefault="00C120FB">
      <w:pPr>
        <w:spacing w:after="480" w:line="240" w:lineRule="auto"/>
        <w:jc w:val="center"/>
        <w:rPr>
          <w:rFonts w:ascii="나눔고딕" w:eastAsia="나눔고딕" w:hAnsi="나눔고딕"/>
          <w:b/>
          <w:sz w:val="26"/>
          <w:lang w:eastAsia="ko-KR"/>
        </w:rPr>
      </w:pPr>
      <w:r w:rsidRPr="00B7498C">
        <w:rPr>
          <w:rFonts w:ascii="나눔고딕" w:eastAsia="나눔고딕" w:hAnsi="나눔고딕"/>
          <w:b/>
          <w:sz w:val="26"/>
          <w:lang w:eastAsia="ko-KR"/>
        </w:rPr>
        <w:t>동의함(          )      동의하지 않음(          )</w:t>
      </w:r>
    </w:p>
    <w:p w:rsidR="009F7FE8" w:rsidRPr="00B7498C" w:rsidRDefault="00C120FB">
      <w:pPr>
        <w:spacing w:after="480" w:line="240" w:lineRule="auto"/>
        <w:jc w:val="center"/>
        <w:rPr>
          <w:rFonts w:ascii="나눔고딕" w:eastAsia="나눔고딕" w:hAnsi="나눔고딕"/>
          <w:lang w:eastAsia="ko-KR"/>
        </w:rPr>
      </w:pPr>
      <w:r w:rsidRPr="00B7498C">
        <w:rPr>
          <w:rFonts w:ascii="나눔고딕" w:eastAsia="나눔고딕" w:hAnsi="나눔고딕"/>
          <w:b/>
          <w:sz w:val="24"/>
          <w:lang w:eastAsia="ko-KR"/>
        </w:rPr>
        <w:t>20</w:t>
      </w:r>
      <w:r w:rsidR="00B7498C" w:rsidRPr="00B7498C">
        <w:rPr>
          <w:rFonts w:ascii="나눔고딕" w:eastAsia="나눔고딕" w:hAnsi="나눔고딕"/>
          <w:b/>
          <w:sz w:val="24"/>
          <w:lang w:eastAsia="ko-KR"/>
        </w:rPr>
        <w:t>26</w:t>
      </w:r>
      <w:r w:rsidRPr="00B7498C">
        <w:rPr>
          <w:rFonts w:ascii="나눔고딕" w:eastAsia="나눔고딕" w:hAnsi="나눔고딕"/>
          <w:b/>
          <w:sz w:val="24"/>
          <w:lang w:eastAsia="ko-KR"/>
        </w:rPr>
        <w:t>년       월       일</w:t>
      </w:r>
    </w:p>
    <w:p w:rsidR="009F7FE8" w:rsidRPr="00B7498C" w:rsidRDefault="00C120FB">
      <w:pPr>
        <w:spacing w:line="240" w:lineRule="auto"/>
        <w:jc w:val="center"/>
        <w:rPr>
          <w:rFonts w:ascii="나눔고딕" w:eastAsia="나눔고딕" w:hAnsi="나눔고딕"/>
        </w:rPr>
      </w:pPr>
      <w:r w:rsidRPr="00B7498C">
        <w:rPr>
          <w:rFonts w:ascii="나눔고딕" w:eastAsia="나눔고딕" w:hAnsi="나눔고딕"/>
          <w:b/>
          <w:sz w:val="24"/>
        </w:rPr>
        <w:t>성  명 : _________________________   (인/서명)</w:t>
      </w:r>
    </w:p>
    <w:sectPr w:rsidR="009F7FE8" w:rsidRPr="00B7498C" w:rsidSect="00034616">
      <w:pgSz w:w="11906" w:h="16838"/>
      <w:pgMar w:top="1134" w:right="1247" w:bottom="1020" w:left="124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0F2" w:rsidRDefault="00E520F2" w:rsidP="007D3881">
      <w:pPr>
        <w:spacing w:line="240" w:lineRule="auto"/>
      </w:pPr>
      <w:r>
        <w:separator/>
      </w:r>
    </w:p>
  </w:endnote>
  <w:endnote w:type="continuationSeparator" w:id="0">
    <w:p w:rsidR="00E520F2" w:rsidRDefault="00E520F2" w:rsidP="007D38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0F2" w:rsidRDefault="00E520F2" w:rsidP="007D3881">
      <w:pPr>
        <w:spacing w:line="240" w:lineRule="auto"/>
      </w:pPr>
      <w:r>
        <w:separator/>
      </w:r>
    </w:p>
  </w:footnote>
  <w:footnote w:type="continuationSeparator" w:id="0">
    <w:p w:rsidR="00E520F2" w:rsidRDefault="00E520F2" w:rsidP="007D38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D3881"/>
    <w:rsid w:val="009F7FE8"/>
    <w:rsid w:val="00AA1D8D"/>
    <w:rsid w:val="00B47730"/>
    <w:rsid w:val="00B7498C"/>
    <w:rsid w:val="00C120FB"/>
    <w:rsid w:val="00CB0664"/>
    <w:rsid w:val="00E520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CCAFAF90-D64C-4FEE-BBD2-6BB823DE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00" w:lineRule="auto"/>
    </w:pPr>
    <w:rPr>
      <w:rFonts w:ascii="맑은 고딕" w:eastAsia="맑은 고딕" w:hAnsi="맑은 고딕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5318ED-41A9-4340-9DAA-5F8F081F7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참빛교회 개인정보 제공 및 이용 동의서</vt:lpstr>
      <vt:lpstr/>
    </vt:vector>
  </TitlesOfParts>
  <Manager/>
  <Company/>
  <LinksUpToDate>false</LinksUpToDate>
  <CharactersWithSpaces>542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참빛교회 개인정보 제공 및 이용 동의서</dc:title>
  <dc:subject>담임목사 청빙 지원자 개인정보 동의</dc:subject>
  <dc:creator>자카르타 참빛교회</dc:creator>
  <cp:keywords/>
  <dc:description>generated by python-docx</dc:description>
  <cp:lastModifiedBy> </cp:lastModifiedBy>
  <cp:revision>3</cp:revision>
  <dcterms:created xsi:type="dcterms:W3CDTF">2026-08-02T12:34:00Z</dcterms:created>
  <dcterms:modified xsi:type="dcterms:W3CDTF">2026-08-02T13:26:00Z</dcterms:modified>
  <cp:category/>
</cp:coreProperties>
</file>